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rFonts w:ascii="Times New Roman" w:hAnsi="Times New Roman"/>
          <w:b/>
          <w:sz w:val="26"/>
        </w:rPr>
        <w:t>NAFAKANIN KALDIRILMASI (ÖRNEK ŞABLON)</w:t>
      </w:r>
    </w:p>
    <w:p>
      <w:pPr>
        <w:spacing w:after="40" w:before="0"/>
        <w:jc w:val="both"/>
      </w:pPr>
      <w:r>
        <w:rPr>
          <w:rFonts w:ascii="Times New Roman" w:hAnsi="Times New Roman"/>
          <w:i/>
          <w:color w:val="666666"/>
          <w:sz w:val="16"/>
        </w:rPr>
        <w:t>ÖNEMLİ UYARI: İşbu metin yalnızca genel bilgilendirme ve örnek şablon niteliğindedir; somut olaya, güncel mevzuata ve mahkeme/icra/arabuluculuk uygulamasına göre uyarlanmalıdır. Hukuki tavsiye, reklam veya sonuç vaadi değildir. Gerekli hallerde avukat desteği alınmalıdır.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… AİLE MAHKEMESİ’NE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DAVACI / BAŞVURAN / MÜŞTEKİ : …………………………………    T.C. No: 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VEKİLİ (varsa)             : Av. …………………………………    Baro Sicil: 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DAVALI / KARŞI TARAF / ŞÜPHELİ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TEBLİĞ ADRESİ            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KONU : Yoksulluk/iştirak nafakasının kaldırılması veya indirilmesi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AÇIKLAMALAR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Mahkemenizin ilamı ile davacı aleyhine nafakaya hükmedilmiştir. Koşullar değişmiştir: nafaka alacaklısı evlenmiş / fiilen evli gibi yaşamakta / yoksulluk ortadan kalkmış / gelir artmıştır.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TMK uyarınca nafaka koşulları kalktığında kaldırma veya indirme mümkündür.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HUKUKİ SEBEPLER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4721 sayılı TMK m.176, 331.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Yargıtay nafaka kaldırma içtihatları.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SONUÇ VE TALEP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Yukarıda arz ve izah olunan nedenlerle; yasal haklarımız saklı kalmak kaydıyla: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Nafakanın kaldırılmasına / indirilmesine karar verilmesini arz ederiz.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DELİLLER / EKLER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Nafaka ilamı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Gelir-evlilik-yaşam delilleri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Kategori (bilgi): Aile Hukuku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Tarih : …/…/……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Saygılarımızla,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Adı Soyadı / Avukat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İmza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Adres / Tel / KEP: ……………………</w:t>
      </w:r>
    </w:p>
    <w:sectPr w:rsidR="00FC693F" w:rsidRPr="0006063C" w:rsidSect="00034616"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