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before="0"/>
        <w:jc w:val="center"/>
      </w:pPr>
      <w:r>
        <w:rPr>
          <w:rFonts w:ascii="Times New Roman" w:hAnsi="Times New Roman"/>
          <w:b/>
          <w:sz w:val="26"/>
        </w:rPr>
        <w:t>İŞE İADE — ARABULUCULUK BAŞVURUSU (ÖRNEK ŞABLON)</w:t>
      </w:r>
    </w:p>
    <w:p>
      <w:pPr>
        <w:spacing w:after="40" w:before="0"/>
        <w:jc w:val="both"/>
      </w:pPr>
      <w:r>
        <w:rPr>
          <w:rFonts w:ascii="Times New Roman" w:hAnsi="Times New Roman"/>
          <w:i/>
          <w:color w:val="666666"/>
          <w:sz w:val="16"/>
        </w:rPr>
        <w:t>ÖNEMLİ UYARI: İşbu metin yalnızca genel bilgilendirme ve örnek şablon niteliğindedir; somut olaya, güncel mevzuata ve mahkeme/icra/arabuluculuk uygulamasına göre uyarlanmalıdır. Hukuki tavsiye, reklam veya sonuç vaadi değildir. Gerekli hallerde avukat desteği alınmalıdır.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T.C. ………… ARABULUCULUK BÜROSU’NA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DAVACI / BAŞVURAN / MÜŞTEKİ : …………………………………    T.C. No: ……………………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VEKİLİ (varsa)             : Av. …………………………………    Baro Sicil: …………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DAVALI / KARŞI TARAF / ŞÜPHELİ : …………………………………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TEBLİĞ ADRESİ             : …………………………………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</w:r>
    </w:p>
    <w:p>
      <w:pPr>
        <w:spacing w:after="40" w:before="0"/>
      </w:pPr>
      <w:r>
        <w:rPr>
          <w:rFonts w:ascii="Times New Roman" w:hAnsi="Times New Roman"/>
          <w:b/>
          <w:sz w:val="22"/>
        </w:rPr>
        <w:t>KONU : İş güvencesi kapsamında feshin geçersizliği ve işe iade — zorunlu arabuluculuk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</w:r>
    </w:p>
    <w:p>
      <w:pPr>
        <w:spacing w:after="40" w:before="0"/>
      </w:pPr>
      <w:r>
        <w:rPr>
          <w:rFonts w:ascii="Times New Roman" w:hAnsi="Times New Roman"/>
          <w:b/>
          <w:sz w:val="22"/>
        </w:rPr>
        <w:t>AÇIKLAMALAR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────────────────────────────────────────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1. Başvuran işçi, …/…/…… – …/…/…… tarihleri arasında işveren nezdinde ………… unvanı ile çalışmıştır. İşyeri: …………. Son brüt ücret: ………… TL. SGK işyeri sicil no: ………….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2. İş sözleşmesi …/…/…… tarihinde işverence ………… gerekçesiyle feshedilmiş; bildirim …/…/…… tarihinde tebliğ edilmiştir. Fesih, 4857 sayılı İş K. m.18 anlamında geçerli sebebe dayanmamakta; usulüne uygun savunma alınmamış ve/veya eşit işlem borcuna aykırılık bulunmaktadır.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3. Başvuran, feshin geçersizliğinin tespiti, işe iadesi, boşta geçen en çok dört aya kadar ücret ve diğer hakları ile işe başlatılmama tazminatı taleplerini saklı tutmaktadır.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4. 7036 sayılı İş Mahkemeleri K. m.3 uyarınca işe iade davası açılmadan önce arabulucuya başvurulması dava şartıdır. Bu nedenle işbu başvuru yapılmaktadır.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</w:r>
    </w:p>
    <w:p>
      <w:pPr>
        <w:spacing w:after="40" w:before="0"/>
      </w:pPr>
      <w:r>
        <w:rPr>
          <w:rFonts w:ascii="Times New Roman" w:hAnsi="Times New Roman"/>
          <w:b/>
          <w:sz w:val="22"/>
        </w:rPr>
        <w:t>HUKUKİ SEBEPLER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────────────────────────────────────────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1. 4857 sayılı İş Kanunu m.18–21.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2. 7036 sayılı İş Mahkemeleri Kanunu m.3.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3. 6325 sayılı Arabuluculuk Kanunu ve ilgili yönetmelik.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</w:r>
    </w:p>
    <w:p>
      <w:pPr>
        <w:spacing w:after="40" w:before="0"/>
      </w:pPr>
      <w:r>
        <w:rPr>
          <w:rFonts w:ascii="Times New Roman" w:hAnsi="Times New Roman"/>
          <w:b/>
          <w:sz w:val="22"/>
        </w:rPr>
        <w:t>SONUÇ VE TALEP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────────────────────────────────────────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Yukarıda arz ve izah olunan nedenlerle; yasal haklarımız saklı kalmak kaydıyla: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1. Arabuluculuk dosyasının açılmasına ve tarafların toplantıya davetine;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2. Feshin geçersizliğinin kabulü, işe iade ve yasal alacakların ödenmesi yönünde anlaşma sağlanmasına;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3. Anlaşılamaması hâlinde son tutanağın düzenlenerek yargı yoluna başvuru hakkımızın korunmasına.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</w:r>
    </w:p>
    <w:p>
      <w:pPr>
        <w:spacing w:after="40" w:before="0"/>
      </w:pPr>
      <w:r>
        <w:rPr>
          <w:rFonts w:ascii="Times New Roman" w:hAnsi="Times New Roman"/>
          <w:b/>
          <w:sz w:val="22"/>
        </w:rPr>
        <w:t>DELİLLER / EKLER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────────────────────────────────────────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1. SGK hizmet dökümü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2. İş sözleşmesi/bordro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3. Fesih bildirimi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4. Kimlik fotokopisi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Kategori (bilgi): İş Hukuku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Tarih : …/…/……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Saygılarımızla,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Adı Soyadı / Avukat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İmza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Adres / Tel / KEP: ……………………</w:t>
      </w:r>
    </w:p>
    <w:sectPr w:rsidR="00FC693F" w:rsidRPr="0006063C" w:rsidSect="00034616">
      <w:pgSz w:w="12240" w:h="15840"/>
      <w:pgMar w:top="1020" w:right="1247" w:bottom="1020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