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rFonts w:ascii="Times New Roman" w:hAnsi="Times New Roman"/>
          <w:b/>
          <w:sz w:val="26"/>
        </w:rPr>
        <w:t>BABALIK DAVASI DILEKÇESI (ÖRNEK ŞABLON)</w:t>
      </w:r>
    </w:p>
    <w:p>
      <w:pPr>
        <w:spacing w:after="40" w:before="0"/>
        <w:jc w:val="both"/>
      </w:pPr>
      <w:r>
        <w:rPr>
          <w:rFonts w:ascii="Times New Roman" w:hAnsi="Times New Roman"/>
          <w:i/>
          <w:color w:val="666666"/>
          <w:sz w:val="16"/>
        </w:rPr>
        <w:t>ÖNEMLİ UYARI: İşbu metin yalnızca genel bilgilendirme ve örnek şablon niteliğindedir; somut olaya, güncel mevzuata ve mahkeme/icra/arabuluculuk uygulamasına göre uyarlanmalıdır. Hukuki tavsiye, reklam veya sonuç vaadi değildir. Gerekli hallerde avukat desteği alınmalıdır.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… AİLE MAHKEMESİ’NE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DAVACI / BAŞVURAN / MÜŞTEKİ : …………………………………    T.C. No: 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VEKİLİ (varsa)             : Av. …………………………………    Baro Sicil: 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DAVALI / KARŞI TARAF / ŞÜPHELİ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TEBLİĞ ADRESİ             : …………………………………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KONU : Babalığın tespiti ve soybağının kurulması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AÇIKLAMALAR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Çocuk ………… …/…/…… doğumludur. Davalı babadır; soybağı kurulmamıştır / inkâr edilmektedir.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TMK uyarınca babalık davası açılmış; DNA ve tanık delilleri sunulacaktır. Nafaka talebi saklıdır.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HUKUKİ SEBEPLER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4721 sayılı TMK soybağı hükümleri.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SONUÇ VE TALEP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Yukarıda arz ve izah olunan nedenlerle; yasal haklarımız saklı kalmak kaydıyla: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Babalığın tespitine;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Nüfus kaydına işlenmesine;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3. Nafakaya (talep varsa) karar verilmesini arz ederiz.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</w:pPr>
      <w:r>
        <w:rPr>
          <w:rFonts w:ascii="Times New Roman" w:hAnsi="Times New Roman"/>
          <w:b/>
          <w:sz w:val="22"/>
        </w:rPr>
        <w:t>DELİLLER / EKLER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────────────────────────────────────────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1. Doğum belgesi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2. Tanık listesi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Kategori (bilgi): Aile Hukuku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Tarih : …/…/……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Saygılarımızla,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Adı Soyadı / Avukat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İmza</w:t>
      </w:r>
    </w:p>
    <w:p>
      <w:pPr>
        <w:spacing w:after="40" w:before="0"/>
        <w:jc w:val="both"/>
      </w:pPr>
      <w:r>
        <w:rPr>
          <w:rFonts w:ascii="Times New Roman" w:hAnsi="Times New Roman"/>
          <w:sz w:val="20"/>
        </w:rPr>
        <w:t>Adres / Tel / KEP: ……………………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